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line="252" w:lineRule="auto"/>
        <w:jc w:val="center"/>
      </w:pPr>
      <w:r>
        <w:rPr>
          <w:b/>
          <w:sz w:val="28"/>
        </w:rPr>
        <w:t>ПОЛИТИКА КОНФИДЕНЦИАЛЬНОСТИ И ОБРАБОТКИ ПЕРСОНАЛЬНЫХ ДАННЫХ</w:t>
      </w:r>
    </w:p>
    <w:p/>
    <w:p>
      <w:pPr>
        <w:spacing w:after="100" w:line="252" w:lineRule="auto"/>
        <w:jc w:val="center"/>
      </w:pPr>
      <w:r>
        <w:rPr>
          <w:b/>
          <w:sz w:val="23"/>
        </w:rPr>
        <w:t>ПОЛОЖЕНИЕ О ПОЛИТИКЕ КОНФИДЕНЦИАЛЬНОСТИ И ОБРАБОТКИ ПЕРСОНАЛЬНЫХ ДАННЫХ</w:t>
      </w:r>
    </w:p>
    <w:p/>
    <w:p>
      <w:pPr>
        <w:spacing w:after="100" w:line="252" w:lineRule="auto"/>
        <w:jc w:val="both"/>
      </w:pPr>
      <w:r>
        <w:t>(далее – «Положение»)</w:t>
      </w:r>
    </w:p>
    <w:p/>
    <w:p>
      <w:pPr>
        <w:spacing w:after="100" w:line="252" w:lineRule="auto"/>
        <w:jc w:val="left"/>
      </w:pPr>
      <w:r>
        <w:rPr>
          <w:b/>
          <w:sz w:val="23"/>
        </w:rPr>
        <w:t>ОБЩИЕ ПОЛОЖЕНИЯ</w:t>
      </w:r>
    </w:p>
    <w:p>
      <w:pPr>
        <w:spacing w:after="100" w:line="252" w:lineRule="auto"/>
        <w:jc w:val="both"/>
      </w:pPr>
      <w:r>
        <w:t>1.1. Настоящее Положение о политике конфиденциальности и обработки персональных данных является официальным и утвержденным документом ИП Арюткиной Екатерины Александровны, ОГРНИП 325645700111420 (далее – «Оператор») и определяет порядок обработки персональных данных и меры по обеспечению безопасности персональных данных физических лиц (далее – «Субъект персональных данных», «Субъект»), пользующихся сервисами, информацией, услугами, программами и продуктами Оператора на сайте (далее – «Сайт») и официальных страницах Оператора в социальных сетях.</w:t>
      </w:r>
    </w:p>
    <w:p>
      <w:pPr>
        <w:spacing w:after="100" w:line="252" w:lineRule="auto"/>
        <w:jc w:val="both"/>
      </w:pPr>
      <w:r>
        <w:t>1.2. Настоящее Положение применяется в отношении всех персональных данных, которые могут быть получены от физических лиц Оператором в процессе регистрации физических лиц на Сайте и оформления ими заказов на Сайте.</w:t>
      </w:r>
    </w:p>
    <w:p>
      <w:pPr>
        <w:spacing w:after="100" w:line="252" w:lineRule="auto"/>
        <w:jc w:val="both"/>
      </w:pPr>
      <w:r>
        <w:t>1.3. Настоящее Положение применяется Оператором в соответствии с Федеральным законом от 27.07.2006 г. N 152-ФЗ «О персональных данных», Федеральным законом от 13.03.2006 N 38-ФЗ «О рекламе» и иными нормативными актами в области защиты персональных данных, действующими на территории Российской Федерации и направлено на предотвращение нарушений законодательства Российской Федерации, устранение последствий таких нарушений, связанных с обработкой персональных данных.</w:t>
      </w:r>
    </w:p>
    <w:p>
      <w:pPr>
        <w:spacing w:after="100" w:line="252" w:lineRule="auto"/>
        <w:jc w:val="both"/>
      </w:pPr>
      <w:r>
        <w:t>1.4. Оператор ставит своей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защиту прав на неприкосновенность частной жизни, личную и семейную тайну от несанкционированного доступа и разглашения.</w:t>
      </w:r>
    </w:p>
    <w:p>
      <w:pPr>
        <w:spacing w:after="100" w:line="252" w:lineRule="auto"/>
        <w:jc w:val="both"/>
      </w:pPr>
      <w:r>
        <w:t>1.5. Обработка персональных данных осуществляется на законной и справедливой основе, действуя разумно и добросовестно и на основе принципов:</w:t>
      </w:r>
    </w:p>
    <w:p>
      <w:pPr>
        <w:spacing w:after="100" w:line="252" w:lineRule="auto"/>
        <w:ind w:left="283"/>
      </w:pPr>
      <w:r>
        <w:t>• законности целей и способов обработки персональных данных;</w:t>
      </w:r>
    </w:p>
    <w:p>
      <w:pPr>
        <w:spacing w:after="100" w:line="252" w:lineRule="auto"/>
        <w:ind w:left="283"/>
      </w:pPr>
      <w:r>
        <w:t>• добросовестности;</w:t>
      </w:r>
    </w:p>
    <w:p>
      <w:pPr>
        <w:spacing w:after="100" w:line="252" w:lineRule="auto"/>
        <w:ind w:left="283"/>
      </w:pPr>
      <w:r>
        <w:t>• соответствия целей обработки персональных данных целям, заранее определенным и заявленным при сборе персональных данных, а также полномочиям Оператора;</w:t>
      </w:r>
    </w:p>
    <w:p>
      <w:pPr>
        <w:spacing w:after="100" w:line="252" w:lineRule="auto"/>
        <w:ind w:left="283"/>
      </w:pPr>
      <w:r>
        <w:t>•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pPr>
        <w:spacing w:after="100" w:line="252" w:lineRule="auto"/>
        <w:jc w:val="both"/>
      </w:pPr>
      <w:r>
        <w:t>1.6. Оператор может осуществлять обработку следующих персональных данных:</w:t>
      </w:r>
    </w:p>
    <w:p>
      <w:pPr>
        <w:spacing w:after="100" w:line="252" w:lineRule="auto"/>
        <w:ind w:left="283"/>
      </w:pPr>
      <w:r>
        <w:t>• фамилия, имя;</w:t>
      </w:r>
    </w:p>
    <w:p>
      <w:pPr>
        <w:spacing w:after="100" w:line="252" w:lineRule="auto"/>
        <w:ind w:left="283"/>
      </w:pPr>
      <w:r>
        <w:t>• дата рождения;</w:t>
      </w:r>
    </w:p>
    <w:p>
      <w:pPr>
        <w:spacing w:after="100" w:line="252" w:lineRule="auto"/>
        <w:ind w:left="283"/>
      </w:pPr>
      <w:r>
        <w:t>• номер телефона;</w:t>
      </w:r>
    </w:p>
    <w:p>
      <w:pPr>
        <w:spacing w:after="100" w:line="252" w:lineRule="auto"/>
        <w:ind w:left="283"/>
      </w:pPr>
      <w:r>
        <w:t>• адрес электронной почты;</w:t>
      </w:r>
    </w:p>
    <w:p>
      <w:pPr>
        <w:spacing w:after="100" w:line="252" w:lineRule="auto"/>
        <w:ind w:left="283"/>
      </w:pPr>
      <w:r>
        <w:t>• данные об оказанных и оказываемых Субъекту персональных данных услугах, в том числе история обращений Субъекта;</w:t>
      </w:r>
    </w:p>
    <w:p>
      <w:pPr>
        <w:spacing w:after="100" w:line="252" w:lineRule="auto"/>
        <w:ind w:left="283"/>
      </w:pPr>
      <w:r>
        <w:t>• история обращений Субъекта персональных данных, в том числе присылаемые Субъектом при обращениях к Оператору сообщения Субъекта, документы;</w:t>
      </w:r>
    </w:p>
    <w:p>
      <w:pPr>
        <w:spacing w:after="100" w:line="252" w:lineRule="auto"/>
        <w:ind w:left="283"/>
      </w:pPr>
      <w:r>
        <w:t>• адрес доставки Товара Оператора.</w:t>
      </w:r>
    </w:p>
    <w:p>
      <w:pPr>
        <w:spacing w:after="100" w:line="252" w:lineRule="auto"/>
        <w:jc w:val="both"/>
      </w:pPr>
      <w:r>
        <w:t>1.7. При использовании сервисов Сайта Оператор обрабатывает также иные обезличенные данные, которые автоматически передаются в процессе использования Сайта посредством установленного на компьютере программного обеспечения:</w:t>
      </w:r>
    </w:p>
    <w:p>
      <w:pPr>
        <w:spacing w:after="100" w:line="252" w:lineRule="auto"/>
        <w:ind w:left="283"/>
      </w:pPr>
      <w:r>
        <w:t>• сведения об используемом браузере (или иной программе, с помощью которой осуществляется доступ к сайту);</w:t>
      </w:r>
    </w:p>
    <w:p>
      <w:pPr>
        <w:spacing w:after="100" w:line="252" w:lineRule="auto"/>
        <w:ind w:left="283"/>
      </w:pPr>
      <w:r>
        <w:t>• IP-адрес;</w:t>
      </w:r>
    </w:p>
    <w:p>
      <w:pPr>
        <w:spacing w:after="100" w:line="252" w:lineRule="auto"/>
        <w:ind w:left="283"/>
      </w:pPr>
      <w:r>
        <w:t>• данные файлов cookie.</w:t>
      </w:r>
    </w:p>
    <w:p>
      <w:pPr>
        <w:spacing w:after="100" w:line="252" w:lineRule="auto"/>
        <w:jc w:val="both"/>
      </w:pPr>
      <w:r>
        <w:t>1.8. Оператор гарантирует, что внешние по отношению к Оператору организации не имеют доступа к таким данным, которые могут использоваться Оператором, кроме случаев, явно оговоренных действующим законодательством Российской Федерации и настоящим Положением, а также за исключением случаев, указанных в п. 3.7 настоящего Положения. При получении персональных данных, не указанных в настоящем разделе, такие данные подлежат немедленному уничтожению.</w:t>
      </w:r>
    </w:p>
    <w:p>
      <w:pPr>
        <w:spacing w:after="100" w:line="252" w:lineRule="auto"/>
        <w:jc w:val="both"/>
      </w:pPr>
      <w:r>
        <w:t>1.9. Оператор осуществляет обработку персональных данных Субъектов персональных данных путем ведения баз данных автоматизированным, механическим, ручным способами в целях:</w:t>
      </w:r>
    </w:p>
    <w:p>
      <w:pPr>
        <w:spacing w:after="100" w:line="252" w:lineRule="auto"/>
        <w:jc w:val="both"/>
      </w:pPr>
      <w:r>
        <w:t>1.9.1. обработки заказов, запросов или других действий Субъекта персональных данных, связанных с посещением Сайта, заказом услуг включая, но не ограничиваясь услугами по запросу цен на представленные в каталогах товары;</w:t>
      </w:r>
    </w:p>
    <w:p>
      <w:pPr>
        <w:spacing w:after="100" w:line="252" w:lineRule="auto"/>
        <w:jc w:val="both"/>
      </w:pPr>
      <w:r>
        <w:t>1.9.2. в случае выраженного согласия Субъекта персональных данных, в целях продвижения товаров, работ и услуг Оператора на рынке, оповещения о проводимых акциях, мероприятиях, скидках, проведения маркетинговых кампаний Оператора.</w:t>
      </w:r>
    </w:p>
    <w:p>
      <w:pPr>
        <w:spacing w:after="100" w:line="252" w:lineRule="auto"/>
        <w:jc w:val="both"/>
      </w:pPr>
      <w:r>
        <w:t>1.9.3. в иных целях в случае, если соответствующие действия Оператора не противоречат действующему законодательству, деятельности Оператора, и на проведение указанной обработки получено согласие Субъекта персональных данных.</w:t>
      </w:r>
    </w:p>
    <w:p>
      <w:pPr>
        <w:spacing w:after="100" w:line="252" w:lineRule="auto"/>
        <w:jc w:val="both"/>
      </w:pPr>
      <w:r>
        <w:t>1.9.4. данные, указанные в п.1.6. настоящего Положения, обрабатываются в целях осуществления аналитики Сайта, отслеживания и понимания принципов использования Сайта посетителями, совершенствования функционирования Сайта, решения технических проблем Сайта, разработки новых продуктов, расширения услуг, выявления популярности товаров и определения эффективности рекламных кампаний; обеспечения безопасности и предотвращения мошенничества, предоставления эффективной клиентской поддержки с момента регистрации Субъекта персональных данных на Сайте и наступления одного из событий:</w:t>
      </w:r>
    </w:p>
    <w:p>
      <w:pPr>
        <w:spacing w:after="100" w:line="252" w:lineRule="auto"/>
        <w:ind w:left="283"/>
      </w:pPr>
      <w:r>
        <w:t>• достигнута цель обработки;</w:t>
      </w:r>
    </w:p>
    <w:p>
      <w:pPr>
        <w:spacing w:after="100" w:line="252" w:lineRule="auto"/>
        <w:ind w:left="283"/>
      </w:pPr>
      <w:r>
        <w:t>• Субъект отозвал согласие на обработку данных;</w:t>
      </w:r>
    </w:p>
    <w:p>
      <w:pPr>
        <w:spacing w:after="100" w:line="252" w:lineRule="auto"/>
        <w:ind w:left="283"/>
      </w:pPr>
      <w:r>
        <w:t>• обнаружена несанкционированная обработка данных;</w:t>
      </w:r>
    </w:p>
    <w:p>
      <w:pPr>
        <w:spacing w:after="100" w:line="252" w:lineRule="auto"/>
        <w:ind w:left="283"/>
      </w:pPr>
      <w:r>
        <w:t>• индивидуальный предприниматель прекратил свою деятельность.</w:t>
      </w:r>
    </w:p>
    <w:p>
      <w:pPr>
        <w:spacing w:after="100" w:line="252" w:lineRule="auto"/>
        <w:jc w:val="both"/>
      </w:pPr>
      <w:r>
        <w:t>1.10. Оператор осуществляет обработку персональных данных посредством совершения любого действия (операции) или совокупности действий (операций), включая следующие:</w:t>
      </w:r>
    </w:p>
    <w:p>
      <w:pPr>
        <w:spacing w:after="100" w:line="252" w:lineRule="auto"/>
        <w:ind w:left="283"/>
      </w:pPr>
      <w:r>
        <w:t>•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pPr>
        <w:spacing w:after="100" w:line="252" w:lineRule="auto"/>
        <w:jc w:val="both"/>
      </w:pPr>
      <w:r>
        <w:t>1.11. При проведении платежей предоставляемая Субъектом персональная информация (имя, адрес, телефон, e-mail, номер банковской карты) не сохраняется на Web-сервере Оператора и предоставляется только банку-партнеру. Никакая информация о платежах, кроме уведомления об оплате, банком-партнером Оператора не передается. Безопасность обработки платежей, в том числе Интернет-платежей, гарантируется банками-партнерами. Все ресурсы банков-партнеров соответствуют стандартам безопасности PCI DSS, имеют все необходимые разрешения и сертификаты.</w:t>
      </w:r>
    </w:p>
    <w:p/>
    <w:p>
      <w:pPr>
        <w:spacing w:after="100" w:line="252" w:lineRule="auto"/>
        <w:jc w:val="left"/>
      </w:pPr>
      <w:r>
        <w:rPr>
          <w:b/>
          <w:sz w:val="23"/>
        </w:rPr>
        <w:t>ПОЛУЧЕНИЕ, ИСПОЛЬЗОВАНИЕ И РАСКРЫТИЕ ПЕРСОНАЛЬНЫХ ДАННЫХ</w:t>
      </w:r>
    </w:p>
    <w:p>
      <w:pPr>
        <w:spacing w:after="100" w:line="252" w:lineRule="auto"/>
        <w:jc w:val="both"/>
      </w:pPr>
      <w:r>
        <w:t>2.1. Оператор получает и начинает обработку персональных данных Субъекта с момента получения его согласия.</w:t>
      </w:r>
    </w:p>
    <w:p>
      <w:pPr>
        <w:spacing w:after="100" w:line="252" w:lineRule="auto"/>
        <w:jc w:val="both"/>
      </w:pPr>
      <w:r>
        <w:t>Согласие на обработку персональных данных может быть дано Субъектом персональных данных в любой форме, позволяющей подтвердить факт получения согласия, если иное не установлено федеральным законом, в том числе посредством совершения Субъектом персональных данных конклюдентных действий. В случае отсутствия согласия Субъекта персональных данных на обработку его персональных данных, такая обработка не осуществляется.</w:t>
      </w:r>
    </w:p>
    <w:p>
      <w:pPr>
        <w:spacing w:after="100" w:line="252" w:lineRule="auto"/>
        <w:jc w:val="both"/>
      </w:pPr>
      <w:r>
        <w:t>2.2. Персональные данные Субъектов персональных данных получаются Оператором:</w:t>
      </w:r>
    </w:p>
    <w:p>
      <w:pPr>
        <w:spacing w:after="100" w:line="252" w:lineRule="auto"/>
        <w:ind w:left="283"/>
      </w:pPr>
      <w:r>
        <w:t>• путем личной передачи Субъектом персональных данных при внесении сведений в учетные формы в электронном виде на Сайте;</w:t>
      </w:r>
    </w:p>
    <w:p>
      <w:pPr>
        <w:spacing w:after="100" w:line="252" w:lineRule="auto"/>
        <w:ind w:left="283"/>
      </w:pPr>
      <w:r>
        <w:t>• путем личной передачи Субъектом персональных данных при внесении сведений в электронном виде на Сайте;</w:t>
      </w:r>
    </w:p>
    <w:p>
      <w:pPr>
        <w:spacing w:after="100" w:line="252" w:lineRule="auto"/>
        <w:ind w:left="283"/>
      </w:pPr>
      <w:r>
        <w:t>• иными способами, не противоречащими законодательству Российской Федерации и требованиям международного законодательства о защите персональных данных.</w:t>
      </w:r>
    </w:p>
    <w:p>
      <w:pPr>
        <w:spacing w:after="100" w:line="252" w:lineRule="auto"/>
        <w:jc w:val="both"/>
      </w:pPr>
      <w:r>
        <w:t>2.3. Согласие на обработку персональных данных считается предоставленным посредством совершения Субъектом персональных данных любого действия или совокупности следующих действий:</w:t>
      </w:r>
    </w:p>
    <w:p>
      <w:pPr>
        <w:spacing w:after="100" w:line="252" w:lineRule="auto"/>
        <w:ind w:left="283"/>
      </w:pPr>
      <w:r>
        <w:t>• регистрации на Сайте Оператора;</w:t>
      </w:r>
    </w:p>
    <w:p>
      <w:pPr>
        <w:spacing w:after="100" w:line="252" w:lineRule="auto"/>
        <w:ind w:left="283"/>
      </w:pPr>
      <w:r>
        <w:t>• проставления на Сайте в соответствующей форме отметки о согласии на обработку персональных данных в объеме, для целей и в порядке, предусмотренных в предлагаемом перед получением согласия для ознакомления тексте;</w:t>
      </w:r>
    </w:p>
    <w:p>
      <w:pPr>
        <w:spacing w:after="100" w:line="252" w:lineRule="auto"/>
        <w:ind w:left="283"/>
      </w:pPr>
      <w:r>
        <w:t>• сообщения персональных данных в письменной форме в процессе оформления заказа.</w:t>
      </w:r>
    </w:p>
    <w:p>
      <w:pPr>
        <w:spacing w:after="100" w:line="252" w:lineRule="auto"/>
        <w:jc w:val="both"/>
      </w:pPr>
      <w:r>
        <w:t>2.4. Согласие считается полученным в установленном порядке и действует до момента направления Субъектом персональных данных соответствующего заявления о прекращении обработки персональных данных по месту нахождения Оператора.</w:t>
      </w:r>
    </w:p>
    <w:p>
      <w:pPr>
        <w:spacing w:after="100" w:line="252" w:lineRule="auto"/>
        <w:jc w:val="both"/>
      </w:pPr>
      <w:r>
        <w:t>2.5. Субъект персональных данных может в любой момент получить доступ к своим персональным данным, имеет право исправить, удалить, перенести, ограничить обработку таких данных, а также отозвать свое согласие на обработку персональных данных при условии, что подобная процедура не нарушает требований законодательства Российской Федерации. Для отзыва согласия на обработку персональных данных Субъекту персональных данных необходимо направить сообщение администратору официальной страницы Интернет-магазина в социальных сетях в разумный срок.</w:t>
      </w:r>
    </w:p>
    <w:p>
      <w:pPr>
        <w:spacing w:after="100" w:line="252" w:lineRule="auto"/>
        <w:jc w:val="both"/>
      </w:pPr>
      <w:r>
        <w:t>В случае отзыва Субъектом персональных данных согласия на обработку его персональных данных, Оператор должен прекратить их обработку или обеспечить прекращение такой обработки (если обработка осуществляется другим лицом, действующим по поручению Оператора) и в случае, если сохранение персональных данных более не требуется для целей их обработки, уничтожить персональные данные или обеспечить их уничтожение в срок, не превышающий 30 (Тридцати) дней с даты поступления указанного отзыва, если иное не предусмотрено договором или законом.</w:t>
      </w:r>
    </w:p>
    <w:p>
      <w:pPr>
        <w:spacing w:after="100" w:line="252" w:lineRule="auto"/>
        <w:jc w:val="both"/>
      </w:pPr>
      <w:r>
        <w:t>2.6. В случае выявления неточностей в персональных данных, Пользователь может актуализировать их посредством отправки сообщения администратору официальной страницы Интернет-магазина в социальных сетях.</w:t>
      </w:r>
    </w:p>
    <w:p/>
    <w:p>
      <w:pPr>
        <w:spacing w:after="100" w:line="252" w:lineRule="auto"/>
        <w:jc w:val="left"/>
      </w:pPr>
      <w:r>
        <w:rPr>
          <w:b/>
          <w:sz w:val="23"/>
        </w:rPr>
        <w:t>СВЕДЕНИЯ О РЕАЛИЗУЕМЫХ ТРЕБОВАНИЯХ К ЗАЩИТЕ ПЕРСОНАЛЬНЫХ ДАННЫХ</w:t>
      </w:r>
    </w:p>
    <w:p>
      <w:pPr>
        <w:spacing w:after="100" w:line="252" w:lineRule="auto"/>
        <w:jc w:val="both"/>
      </w:pPr>
      <w:r>
        <w:t>3.1. Деятельность Оператора по обработке персональных данных неразрывно связана с защитой Оператором конфиденциальности полученной информации.</w:t>
      </w:r>
    </w:p>
    <w:p>
      <w:pPr>
        <w:spacing w:after="100" w:line="252" w:lineRule="auto"/>
        <w:jc w:val="both"/>
      </w:pPr>
      <w:r>
        <w:t>3.2. Оператор требует от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pPr>
        <w:spacing w:after="100" w:line="252" w:lineRule="auto"/>
        <w:jc w:val="both"/>
      </w:pPr>
      <w:r>
        <w:t>3.3. Все работники Оператора обязаны обеспечивать конфиденциальность персональных данных, а также иных сведений, установленных Оператором, если это не противоречит действующему законодательству Российской Федерации.</w:t>
      </w:r>
    </w:p>
    <w:p>
      <w:pPr>
        <w:spacing w:after="100" w:line="252" w:lineRule="auto"/>
        <w:jc w:val="both"/>
      </w:pPr>
      <w:r>
        <w:t>3.4. С целью обеспечения безопасности персональных данных при их обработке Оператор принимает необходимые и достаточные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них.</w:t>
      </w:r>
    </w:p>
    <w:p>
      <w:pPr>
        <w:spacing w:after="100" w:line="252" w:lineRule="auto"/>
        <w:jc w:val="both"/>
      </w:pPr>
      <w:r>
        <w:t>3.5. Оператор применяет необходимые и достаточные правовые, организационные и технические меры по обеспечению безопасности персональных данных, включающие в себя:</w:t>
      </w:r>
    </w:p>
    <w:p>
      <w:pPr>
        <w:spacing w:after="100" w:line="252" w:lineRule="auto"/>
        <w:ind w:left="283"/>
      </w:pPr>
      <w:r>
        <w:t>• определение угроз безопасности персональных данных при их обработке в информационных системах персональных данных;</w:t>
      </w:r>
    </w:p>
    <w:p>
      <w:pPr>
        <w:spacing w:after="100" w:line="252" w:lineRule="auto"/>
        <w:ind w:left="283"/>
      </w:pPr>
      <w:r>
        <w:t>• применение организационных и технических мер по обеспечению безопасности персональных данных;</w:t>
      </w:r>
    </w:p>
    <w:p>
      <w:pPr>
        <w:spacing w:after="100" w:line="252" w:lineRule="auto"/>
        <w:ind w:left="283"/>
      </w:pPr>
      <w:r>
        <w:t>• применение прошедших в установленном порядке процедуру оценки соответствия средств защиты информации;</w:t>
      </w:r>
    </w:p>
    <w:p>
      <w:pPr>
        <w:spacing w:after="100" w:line="252" w:lineRule="auto"/>
        <w:ind w:left="283"/>
      </w:pPr>
      <w:r>
        <w:t>• оценку эффективности принимаемых мер до ввода в эксплуатацию информационной системы персональных данных;</w:t>
      </w:r>
    </w:p>
    <w:p>
      <w:pPr>
        <w:spacing w:after="100" w:line="252" w:lineRule="auto"/>
        <w:ind w:left="283"/>
      </w:pPr>
      <w:r>
        <w:t>• обнаружение фактов несанкционированного доступа к персональным данным и принятие мер;</w:t>
      </w:r>
    </w:p>
    <w:p>
      <w:pPr>
        <w:spacing w:after="100" w:line="252" w:lineRule="auto"/>
        <w:ind w:left="283"/>
      </w:pPr>
      <w:r>
        <w:t>• восстановление персональных данных, модифицированных или уничтоженных вследствие несанкционированного доступа;</w:t>
      </w:r>
    </w:p>
    <w:p>
      <w:pPr>
        <w:spacing w:after="100" w:line="252" w:lineRule="auto"/>
        <w:ind w:left="283"/>
      </w:pPr>
      <w:r>
        <w:t>• предотвращение несанкционированного доступа к персональным данным;</w:t>
      </w:r>
    </w:p>
    <w:p>
      <w:pPr>
        <w:spacing w:after="100" w:line="252" w:lineRule="auto"/>
        <w:ind w:left="283"/>
      </w:pPr>
      <w:r>
        <w:t>• недопущение воздействия на технические средства автоматизированной обработки персональных данных;</w:t>
      </w:r>
    </w:p>
    <w:p>
      <w:pPr>
        <w:spacing w:after="100" w:line="252" w:lineRule="auto"/>
        <w:ind w:left="283"/>
      </w:pPr>
      <w:r>
        <w:t>• установление правил доступа к персональным данным и учет действий с ними;</w:t>
      </w:r>
    </w:p>
    <w:p>
      <w:pPr>
        <w:spacing w:after="100" w:line="252" w:lineRule="auto"/>
        <w:ind w:left="283"/>
      </w:pPr>
      <w:r>
        <w:t>• контроль за принимаемыми мерами и уровнем защищенности информационных систем персональных данных.</w:t>
      </w:r>
    </w:p>
    <w:p>
      <w:pPr>
        <w:spacing w:after="100" w:line="252" w:lineRule="auto"/>
        <w:jc w:val="both"/>
      </w:pPr>
      <w:r>
        <w:t>3.6. В целях обеспечения соответствия уровня защиты персональных данных требованиям Федерального закона от 27.07.2006 N 152-ФЗ «О персональных данных» и Федерального закона от 27.07.2006 N 149-ФЗ «Об информации, информационных технологиях и о защите информации» Оператор не раскрывает информацию о конкретных применяемых внутренних средствах и мерах обеспечения информационной безопасности персональных данных.</w:t>
      </w:r>
    </w:p>
    <w:p>
      <w:pPr>
        <w:spacing w:after="100" w:line="252" w:lineRule="auto"/>
        <w:jc w:val="both"/>
      </w:pPr>
      <w:r>
        <w:t>3.7. Оператор обязуется не разглашать полученную от Субъекта персональных данных информацию. Не считается нарушением предоставление Оператором информации агентам и третьим лицам, действующим на основании договора с Оператором, для исполнения обязательств перед Субъектом персональных данных. Не считается нарушением обязательств разглашение информации в соответствии с обоснованными и применимыми требованиями закона.</w:t>
      </w:r>
    </w:p>
    <w:p/>
    <w:p>
      <w:pPr>
        <w:spacing w:after="100" w:line="252" w:lineRule="auto"/>
        <w:jc w:val="left"/>
      </w:pPr>
      <w:r>
        <w:rPr>
          <w:b/>
          <w:sz w:val="23"/>
        </w:rPr>
        <w:t>СОГЛАСИЕ НА ПОЛУЧЕНИЕ РЕКЛАМНОЙ ИНФОРМАЦИИ ПО СЕТЯМ ЭЛЕКТРОСВЯЗИ</w:t>
      </w:r>
    </w:p>
    <w:p>
      <w:pPr>
        <w:spacing w:after="100" w:line="252" w:lineRule="auto"/>
        <w:jc w:val="both"/>
      </w:pPr>
      <w:r>
        <w:t>4.1. Оставляя Заказ на сайте Оператора, Субъект автоматически соглашается на получение рассылки/рекламной информации.</w:t>
      </w:r>
    </w:p>
    <w:p>
      <w:pPr>
        <w:spacing w:after="100" w:line="252" w:lineRule="auto"/>
        <w:jc w:val="both"/>
      </w:pPr>
      <w:r>
        <w:t>4.2. Давая согласие, указанное в п. 4.1. настоящего Положения, Субъект персональных данных подтверждает, что действует по своей воле и в своих интересах, а также то, что указанные персональные данные являются достоверными.</w:t>
      </w:r>
    </w:p>
    <w:p>
      <w:pPr>
        <w:spacing w:after="100" w:line="252" w:lineRule="auto"/>
        <w:jc w:val="both"/>
      </w:pPr>
      <w:r>
        <w:t>4.3. Субъект осознает, что Оператором может использоваться ретаргетинг по пикселям в социальных сетях в следующих целях:</w:t>
      </w:r>
    </w:p>
    <w:p>
      <w:pPr>
        <w:spacing w:after="100" w:line="252" w:lineRule="auto"/>
        <w:ind w:left="283"/>
      </w:pPr>
      <w:r>
        <w:t>• напомнить Субъекту, что он интересовался брендом/продуктом Оператора;</w:t>
      </w:r>
    </w:p>
    <w:p>
      <w:pPr>
        <w:spacing w:after="100" w:line="252" w:lineRule="auto"/>
        <w:ind w:left="283"/>
      </w:pPr>
      <w:r>
        <w:t>• предложить продолжить незавершенное на Сайте действие;</w:t>
      </w:r>
    </w:p>
    <w:p>
      <w:pPr>
        <w:spacing w:after="100" w:line="252" w:lineRule="auto"/>
        <w:ind w:left="283"/>
      </w:pPr>
      <w:r>
        <w:t>• исключить действующих клиентов из целевой аудитории будущих рекламных кампаний;</w:t>
      </w:r>
    </w:p>
    <w:p>
      <w:pPr>
        <w:spacing w:after="100" w:line="252" w:lineRule="auto"/>
        <w:ind w:left="283"/>
      </w:pPr>
      <w:r>
        <w:t>• исследовать аудиторию, которая посещает Сайт.</w:t>
      </w:r>
    </w:p>
    <w:p/>
    <w:p>
      <w:pPr>
        <w:spacing w:after="100" w:line="252" w:lineRule="auto"/>
        <w:jc w:val="left"/>
      </w:pPr>
      <w:r>
        <w:rPr>
          <w:b/>
          <w:sz w:val="23"/>
        </w:rPr>
        <w:t>ТРАНСГРАНИЧНАЯ ПЕРЕДАЧА ПЕРСОНАЛЬНЫХ ДАННЫХ</w:t>
      </w:r>
    </w:p>
    <w:p>
      <w:pPr>
        <w:spacing w:after="100" w:line="252" w:lineRule="auto"/>
        <w:jc w:val="both"/>
      </w:pPr>
      <w:r>
        <w:t>5.1.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pPr>
        <w:spacing w:after="100" w:line="252" w:lineRule="auto"/>
        <w:jc w:val="both"/>
      </w:pPr>
      <w:r>
        <w:t>5.2.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p>
      <w:pPr>
        <w:spacing w:after="100" w:line="252" w:lineRule="auto"/>
        <w:jc w:val="left"/>
      </w:pPr>
      <w:r>
        <w:rPr>
          <w:b/>
          <w:sz w:val="23"/>
        </w:rPr>
        <w:t>ЗАКЛЮЧИТЕЛЬНЫЕ ПОЛОЖЕНИЯ</w:t>
      </w:r>
    </w:p>
    <w:p>
      <w:pPr>
        <w:spacing w:after="100" w:line="252" w:lineRule="auto"/>
        <w:jc w:val="both"/>
      </w:pPr>
      <w:r>
        <w:t>6.1. Пользователь может получить любые разъяснения по интересующим вопросам, касающимся обработки его персональных данных, посредством отправки сообщения администратору официальной страницы Интернет-магазина в социальных сетях. В данном документе будут отражены любые изменения политики обработки персональных данных Оператором. Положение действует бессрочно до замены новой версией. Актуальная версия Положения в свободном доступе расположена на Сайте.</w:t>
      </w:r>
    </w:p>
    <w:p/>
    <w:p>
      <w:pPr>
        <w:spacing w:after="100" w:line="252" w:lineRule="auto"/>
        <w:jc w:val="left"/>
      </w:pPr>
      <w:r>
        <w:rPr>
          <w:b/>
          <w:sz w:val="23"/>
        </w:rPr>
        <w:t>РЕКВИЗИТЫ ОПЕРАТОРА</w:t>
      </w:r>
    </w:p>
    <w:p>
      <w:pPr>
        <w:spacing w:after="100" w:line="252" w:lineRule="auto"/>
        <w:jc w:val="both"/>
      </w:pPr>
      <w:r>
        <w:t>Индивидуальный предприниматель: Арюткина Екатерина Александровна</w:t>
      </w:r>
    </w:p>
    <w:p>
      <w:pPr>
        <w:spacing w:after="100" w:line="252" w:lineRule="auto"/>
        <w:jc w:val="both"/>
      </w:pPr>
      <w:r>
        <w:t>ИНН: 643964900215</w:t>
      </w:r>
    </w:p>
    <w:p>
      <w:pPr>
        <w:spacing w:after="100" w:line="252" w:lineRule="auto"/>
        <w:jc w:val="both"/>
      </w:pPr>
      <w:r>
        <w:t>ОГРНИП: 325645700111420</w:t>
      </w:r>
    </w:p>
    <w:p>
      <w:pPr>
        <w:spacing w:after="100" w:line="252" w:lineRule="auto"/>
        <w:jc w:val="both"/>
      </w:pPr>
      <w:r>
        <w:t>Расчетный счет: 40802810400008839546</w:t>
      </w:r>
    </w:p>
    <w:p>
      <w:pPr>
        <w:spacing w:after="100" w:line="252" w:lineRule="auto"/>
        <w:jc w:val="both"/>
      </w:pPr>
      <w:r>
        <w:t>Банк: АО «ТБанк»</w:t>
      </w:r>
    </w:p>
    <w:p>
      <w:pPr>
        <w:spacing w:after="100" w:line="252" w:lineRule="auto"/>
        <w:jc w:val="both"/>
      </w:pPr>
      <w:r>
        <w:t>БИК: 044525974</w:t>
      </w:r>
    </w:p>
    <w:p>
      <w:pPr>
        <w:spacing w:after="100" w:line="252" w:lineRule="auto"/>
        <w:jc w:val="both"/>
      </w:pPr>
      <w:r>
        <w:t>ИНН банка: 7710140679</w:t>
      </w:r>
    </w:p>
    <w:p>
      <w:pPr>
        <w:spacing w:after="100" w:line="252" w:lineRule="auto"/>
        <w:jc w:val="both"/>
      </w:pPr>
      <w:r>
        <w:t>Корреспондентский счет: 30101810145250000974</w:t>
      </w:r>
    </w:p>
    <w:p>
      <w:pPr>
        <w:spacing w:after="100" w:line="252" w:lineRule="auto"/>
        <w:jc w:val="both"/>
      </w:pPr>
      <w:r>
        <w:t>Юридический адрес банка: 127287, г. Москва, ул. Хуторская 2-я, д. 38А, стр. 26</w:t>
      </w:r>
    </w:p>
    <w:p/>
    <w:p>
      <w:pPr>
        <w:spacing w:after="100" w:line="252" w:lineRule="auto"/>
        <w:jc w:val="right"/>
      </w:pPr>
      <w:r>
        <w:rPr>
          <w:b/>
        </w:rPr>
        <w:t>Утверждено</w:t>
      </w:r>
    </w:p>
    <w:p>
      <w:pPr>
        <w:spacing w:after="100" w:line="252" w:lineRule="auto"/>
        <w:jc w:val="right"/>
      </w:pPr>
      <w:r>
        <w:rPr>
          <w:b/>
        </w:rPr>
        <w:t>ИП Арюткина Е.А.</w:t>
      </w:r>
    </w:p>
    <w:sectPr w:rsidR="00FC693F" w:rsidRPr="0006063C" w:rsidSect="00034616">
      <w:pgSz w:w="12240" w:h="15840"/>
      <w:pgMar w:top="1134" w:right="113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конфиденциальности и обработки персональных данных</dc:title>
  <dc:subject>ИП Арюткина Екатерина Александровна</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